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36"/>
          <w:bCs/>
          <w:szCs w:val="36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תעודת זהות לטקסט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4 טקסטים · כותרת · במה · מוען · נמען · תאריך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36"/>
          <w:bCs/>
          <w:szCs w:val="36"/>
          <w:rtl w:val="1"/>
        </w:rPr>
        <w:t>💛 חנ״מ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34"/>
          <w:bCs/>
          <w:szCs w:val="34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2. חלק א׳ – ממלאים תעודות זהות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3. חלק ב׳ – עכשיו לבד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4. חלק ג׳ – איזה סוג טקסט?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34"/>
          <w:bCs/>
          <w:szCs w:val="34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32"/>
          <w:bCs/>
          <w:szCs w:val="32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לזהות בכל טקסט כותרת, במה, מוען, נמען ותאריך.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להבחין בין מוען לבין מי שמדברים עליו, ובין תאריך אירוע לתאריך פרסום.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מקרינים את משחק ״מלאו את תעודת הזהות״ ופותרים טקסט אחד יחד.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קוראים כל טקסט וממלאים; בודקים בזוגות לפני הבדיקה במליאה.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מיון לפי מטרה ושאלת אמינות;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הגרסה הזאת: חנ״מ. גופן גדול, 2 אפשרויות בכל שאלה, פחות פריטים, אימוג׳י כעוגן ומקום רחב לכתיבה.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טקסט 1: 🤖 חוג רובוטיקה לנוער – נרשמים עכשיו!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חוג רובוטיקה לנוער – נרשמים עכשיו!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לוח המודעות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צוות החוגים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בני ובנות נוער בגילי 12–15 (והוריהם)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1.9.2026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מודעה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טקסט 2: הנדון: בקשה להאריך את שעות הפתיחה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הנדון: בקשה להאריך את שעות הפתיחה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לא פורסם – נשלח ישירות אל הנמענת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עומר, תלמיד כיתה ו׳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מנהלת הספרייה העירונית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25 באוקטובר 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מכתב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טקסט 3: המטרייה שלא רצתה להיפתח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המטרייה שלא רצתה להיפתח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הירחון ״צבעוני״ – ירחון לילדים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אלה נהרי (הסופרת)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ילדים וילדות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נובמבר 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סיפור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טקסט 4: ערב משחקי קופסה לכל המשפחה!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ערב משחקי קופסה לכל המשפחה!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קבוצת ההודעות של השכבה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ועד ההורים של שכבת ה׳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משפחות התלמידים והתלמידות בשכבה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5.11.2026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הזמנה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📝 דף תרגול · תעודת זהות לטקסט · חנ״מ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כיתה: 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תאריך: 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6"/>
                <w:bCs/>
                <w:szCs w:val="36"/>
                <w:rtl w:val="1"/>
              </w:rPr>
              <w:t>א׳ · ממלאים תעודות זהות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קראו את הטקסט. הקיפו את התשובה הנכונה.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📌 טקסט 1: מודעה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🤖 חוג רובוטיקה לנוער – נרשמים עכשיו!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בונים, מתכנתים ומתחרים – בקבוצה קטנה ובאווירה טובה.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ימי שלישי, 17:00–18:30, באולם הקומה השנייה.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מתאים לגילאי 12–15. לא צריך ניסיון קודם!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להרשמה: במשרדי המרכז הקהילתי ״גני האלון״.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🏷️ כותרת: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חוג רובוטיקה לנוער – נרשמים עכשיו!     ◯ ימי שלישי, 17:00–18:30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✍️ מוען: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צוות החוגים של המרכז הקהילתי     ◯ בני ובנות הנוער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🎯 נמען: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בני ובנות נוער בגילי 12–15 (והוריהם)     ◯ צוות החוגים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✉️ טקסט 2: מכתב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הנדון: בקשה להאריך את שעות הפתיחה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לכבוד מנהלת הספרייה העירונית,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שלום רב,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אני תלמיד בכיתה ו׳ ובא לספרייה כמעט כל יום אחרי הלימודים. הספרייה נסגרת בשעה 16:00, ולכן אני וחבריי לא מספיקים להחליף ספרים אחרי החוג.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אני מבקש לשקול לפתוח את הספרייה עד השעה 18:00 לפחות פעמיים בשבוע. אני בטוח שילדים רבים ישמחו.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בתודה ובברכה,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עומר, תלמיד כיתה ו׳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🏷️ כותרת: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הנדון: בקשה להאריך את שעות הפתיחה     ◯ שלום רב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✍️ מוען: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עומר, תלמיד כיתה ו׳     ◯ מנהלת הספרייה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🎯 נמען: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מנהלת הספרייה העירונית     ◯ עומר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36"/>
                <w:bCs/>
                <w:szCs w:val="36"/>
                <w:rtl w:val="1"/>
              </w:rPr>
              <w:t>ב׳ · עכשיו לבד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עוד שני טקסטים – הקיפו את התשובה.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📖 טקסט 3: סיפור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המטרייה שלא רצתה להיפתח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כל המטריות בעמדה ליד הדלת נפתחו בשמחה כשהתחיל הגשם. רק מטרייה צהובה וקטנה נשארה מקופלת.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״מה קרה לך?״ שאלה אותה המטרייה הגדולה. ״אני מפחדת מהרוח,״ לחשה הצהובה.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באותו בוקר יצאה ילדה עם מגפיים אדומים, הרימה אותה בעדינות ואמרה: ״נלך יחד, לאט.״ והמטרייה – נפתחה.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🏷️ כותרת: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צבעוני     ◯ המטרייה שלא רצתה להיפתח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✍️ מוען: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המטרייה הצהובה     ◯ אלה נהרי (הסופרת)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🎯 נמען: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המטרייה הגדולה     ◯ ילדים וילדות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🎲 טקסט 4: הזמנה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ערב משחקי קופסה לכל המשפחה!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הורים, סבים וסבתות, אחים ואחיות – בואו לשחק איתנו!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מתי? יום חמישי, 19.11.2026, בשעה 18:00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איפה? באולם הספורט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הביאו משחק אהוב – ומצב רוח טוב 🙂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🏷️ כותרת: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ערב משחקי קופסה לכל המשפחה!     ◯ יום חמישי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✍️ מוען: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התלמידים     ◯ ועד ההורים של שכבת ה׳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🎯 נמען: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משפחות התלמידים והתלמידות בשכבה     ◯ ועד ההורים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36"/>
                <w:bCs/>
                <w:szCs w:val="36"/>
                <w:rtl w:val="1"/>
              </w:rPr>
              <w:t>ג׳ · איזה סוג 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איזה סוג טקסט? הקיפו.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1.  ״🤖 חוג רובוטיקה לנוער – נרשמים עכשיו!״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מודעה     ◯ שיר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2.  ״הנדון: בקשה להאריך את שעות הפתיחה״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מכתב     ◯ מתכון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3.  ״המטרייה שלא רצתה להיפתח״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סיפור     ◯ מודעה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4.  ״ערב משחקי קופסה לכל המשפחה!״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ידיעה     ◯ הזמנה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8"/>
                <w:bCs/>
                <w:szCs w:val="38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השדה שהכי קל לי למצוא: ◯ 🏷️ כותרת ◯ ✍️ מוען ◯ 🎯 נמען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מי כתב את המכתב?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תעודת זהות לטקסט · חנ״מ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תעודת זהות לטקסט · חנ״מ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