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36"/>
          <w:bCs/>
          <w:szCs w:val="36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חידון מהיר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12 שאלות · מפתח תשובות במהדורה למורה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36"/>
          <w:bCs/>
          <w:szCs w:val="36"/>
          <w:rtl w:val="1"/>
        </w:rPr>
        <w:t>💛 חנ״מ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34"/>
          <w:bCs/>
          <w:szCs w:val="34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2. חלק א׳ – מש״ה ושורשים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4. חלק ג׳ – מילות קישור, לפני הקריאה ורעיון מרכזי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32"/>
          <w:szCs w:val="32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34"/>
          <w:bCs/>
          <w:szCs w:val="34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32"/>
          <w:bCs/>
          <w:szCs w:val="32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לחזור על כל אסטרטגיות הקריאה באתר: מש״ה, תעודת זהות, מילות קישור, לפני–תוך כדי–אחרי ורעיון מרכזי.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32"/>
          <w:szCs w:val="32"/>
          <w:rtl w:val="1"/>
        </w:rPr>
        <w:t>• לזהות טעויות נפוצות ולהסביר את התשובה הנכונה.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סבב אחד של ״חידון מהיר״ באתר.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פותרים לבד את חלקים א׳–ב׳ (בלי שעון).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חלק ג׳, כתיבת שאלה משלכם והחלפה עם חבר/ה; בדיקה עם המפתח.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9"/>
          <w:szCs w:val="29"/>
          <w:rtl w:val="1"/>
        </w:rPr>
        <w:t>הגרסה הזאת: חנ״מ. גופן גדול, 2 אפשרויות בכל שאלה, פחות פריטים, אימוג׳י כעוגן ומקום רחב לכתיבה.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38"/>
          <w:bCs/>
          <w:szCs w:val="38"/>
          <w:rtl w:val="1"/>
        </w:rPr>
        <w:t>🔑 תשובות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816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מס׳</w:t>
            </w:r>
          </w:p>
        </w:tc>
        <w:tc>
          <w:tcPr>
            <w:tcW w:type="dxa" w:w="3266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תשובה נכונה</w:t>
            </w:r>
          </w:p>
        </w:tc>
        <w:tc>
          <w:tcPr>
            <w:tcW w:type="dxa" w:w="6123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1"/>
                <w:bCs/>
                <w:szCs w:val="31"/>
                <w:rtl w:val="1"/>
              </w:rPr>
              <w:t>הסבר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מילון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מ׳ = מילון – מחפשים בו את פירוש המילה.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שורש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ש׳ = שורש – מוצאים מילים מוכרות מאותה משפחה.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3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הקשר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ה׳ = הקשר – קוראים לפני ואחרי ומנחשים.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4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כ־ת־ב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מ׳ היא אות שימוש; השורש כ־ת־ב.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5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משמרת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משמרת – ש־מ־ר. שמש ושמן משורשים אחרים.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6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השמיע קול של כלב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ההקשר: כלב, בקול.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7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בראש הטקסט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הכותרת בראש הטקסט, באותיות גדולות.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8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ב. מי שכתב את הטקסט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מוען = הכותב/ת. נמען = למי פונים.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9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מנהלת הספרייה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הנמען הוא מי שאליו פונים.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10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המקום שבו הוא פורסם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במה = איפה הטקסט פורסם: עיתון, אתר, לוח מודעות…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11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מציצים בכותרת ומנחשים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לפני – מתכוננים ומנחשים.</w:t>
            </w:r>
          </w:p>
        </w:tc>
      </w:tr>
      <w:tr>
        <w:tc>
          <w:tcPr>
            <w:tcW w:type="dxa" w:w="81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12</w:t>
            </w:r>
          </w:p>
        </w:tc>
        <w:tc>
          <w:tcPr>
            <w:tcW w:type="dxa" w:w="3266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א. המשפט שאומר מה העיקר בטקסט</w:t>
            </w:r>
          </w:p>
        </w:tc>
        <w:tc>
          <w:tcPr>
            <w:tcW w:type="dxa" w:w="6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1"/>
                <w:szCs w:val="31"/>
                <w:rtl w:val="1"/>
              </w:rPr>
              <w:t>הרעיון המרכזי – המטרייה מעל כל הפרטים.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31"/>
          <w:szCs w:val="31"/>
          <w:rtl w:val="1"/>
        </w:rPr>
        <w:t>ניקוד: נקודה לכל תשובה נכונה (סה״כ 12). מעל 10 – ⭐⭐⭐; מעל 7 – ⭐⭐; כל השאר – ⭐ ונחזור על הכרזה.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48"/>
          <w:bCs/>
          <w:szCs w:val="48"/>
          <w:rtl w:val="1"/>
        </w:rPr>
        <w:t>📝 דף תרגול · חידון מהיר · חנ״מ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כיתה: 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תאריך: 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6"/>
                <w:bCs/>
                <w:szCs w:val="36"/>
                <w:rtl w:val="1"/>
              </w:rPr>
              <w:t>א׳ · מש״ה ושורשים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הקיפו את התשובה הנכונה. ⭐ נקודה על כל תשובה 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1. 📖 מה מסמלת האות מ׳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מילון     ◯ משפט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2. 🌳 מה מסמלת האות ש׳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שורש     ◯ שאלה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3. 🧩 מה מסמלת האות ה׳ במש״ה?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הקשר     ◯ הסבר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4. ✉️ מה השורש של ״מכתב״?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כ־ת־ב     ◯ מ־כ־ת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5. 💂 איזו מילה מאותה משפחה של ״שומר״?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משמרת     ◯ שמש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6. 🐕 ״הכלב נבח בקול על הדוור.״ מה פירוש ״נבח״?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השמיע קול של כלב     ◯ ברח מהר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36"/>
                <w:bCs/>
                <w:szCs w:val="36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7. 🏷️ איפה בדרך כלל מופיעה הכותרת?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בראש הטקסט     ◯ באמצע הפסקה השלישית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8. ✍️ מי הוא ״המוען״?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מי שקורא את הטקסט     ◯ מי שכתב את הטקסט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9. 🎯 מי הוא ״הנמען״ במכתב שמתחיל ״לכבוד מנהלת הספרייה״?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מנהלת הספרייה     ◯ הכותב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10. 📰 ״במה״ של טקסט היא…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המקום שבו הוא פורסם     ◯ הבמה באולם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36"/>
                <w:bCs/>
                <w:szCs w:val="36"/>
                <w:rtl w:val="1"/>
              </w:rPr>
              <w:t>ג׳ · מילות קישור, לפני הקריאה ורעיון מרכזי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הקיפו את התשובה הנכונה.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11. 🧭 מה עושים ״לפני הקריאה״?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מציצים בכותרת ומנחשים     ◯ עונים על השאלות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32"/>
                <w:bCs/>
                <w:szCs w:val="32"/>
                <w:rtl w:val="1"/>
              </w:rPr>
              <w:t>12. ☂️ מהו רעיון מרכזי?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◯ המשפט שאומר מה העיקר בטקסט     ◯ הפרט הכי מצחיק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34"/>
                <w:bCs/>
                <w:szCs w:val="34"/>
                <w:rtl w:val="1"/>
              </w:rPr>
              <w:t>✍️ ציירו או כתבו: מה למדתי היום?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⭐ הניקוד שלי: ______ מתוך 12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38"/>
                <w:bCs/>
                <w:szCs w:val="38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הצלחתי: ◯ ⭐ ◯ ⭐⭐ ◯ ⭐⭐⭐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דבר אחד שלמדתי: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32"/>
                <w:szCs w:val="32"/>
                <w:rtl w:val="1"/>
              </w:rPr>
              <w:t>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32"/>
                <w:szCs w:val="32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חידון מהיר · חנ״מ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חידון מהיר · חנ״מ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